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7E34" w14:textId="327DD89F" w:rsidR="0013034D" w:rsidRDefault="00D06FB6" w:rsidP="00DD1CE4">
      <w:pPr>
        <w:pStyle w:val="Heading1"/>
      </w:pPr>
      <w:r>
        <w:t>MINUTES OF</w:t>
      </w:r>
      <w:r w:rsidR="008252CA">
        <w:t xml:space="preserve"> </w:t>
      </w:r>
      <w:r w:rsidR="00372884">
        <w:t>June 8</w:t>
      </w:r>
      <w:r w:rsidR="008252CA">
        <w:t xml:space="preserve">, </w:t>
      </w:r>
      <w:r w:rsidR="00303308">
        <w:t>2026,</w:t>
      </w:r>
      <w:r w:rsidR="00BE2B5F">
        <w:t xml:space="preserve"> </w:t>
      </w:r>
      <w:r w:rsidR="00C1089F" w:rsidRPr="00C1089F">
        <w:t>PUBLIC ART COMMISSION MEETING</w:t>
      </w:r>
    </w:p>
    <w:p w14:paraId="46C00307" w14:textId="7A828E3D" w:rsidR="008C1098" w:rsidRPr="00C44663" w:rsidRDefault="00D06FB6" w:rsidP="00C44663">
      <w:pPr>
        <w:pStyle w:val="Heading2"/>
      </w:pPr>
      <w:r w:rsidRPr="00C44663">
        <w:t>MEETING INFORMATION</w:t>
      </w:r>
    </w:p>
    <w:p w14:paraId="30BCC46A" w14:textId="2A4A2522" w:rsidR="00230D3D" w:rsidRDefault="00230D3D" w:rsidP="6BBA2B5C">
      <w:pPr>
        <w:rPr>
          <w:rFonts w:cs="Open Sans"/>
          <w:color w:val="000000" w:themeColor="text1"/>
        </w:rPr>
      </w:pPr>
      <w:r w:rsidRPr="6BBA2B5C">
        <w:rPr>
          <w:rFonts w:cs="Open Sans"/>
          <w:color w:val="000000" w:themeColor="text1"/>
        </w:rPr>
        <w:t>A meeting of the</w:t>
      </w:r>
      <w:r w:rsidR="62F7796C" w:rsidRPr="6BBA2B5C">
        <w:rPr>
          <w:rFonts w:cs="Open Sans"/>
          <w:color w:val="000000" w:themeColor="text1"/>
        </w:rPr>
        <w:t xml:space="preserve"> </w:t>
      </w:r>
      <w:r w:rsidR="009849FC">
        <w:rPr>
          <w:rFonts w:cs="Open Sans"/>
          <w:color w:val="000000" w:themeColor="text1"/>
        </w:rPr>
        <w:t xml:space="preserve">Public Art Commission </w:t>
      </w:r>
      <w:r w:rsidRPr="6BBA2B5C">
        <w:rPr>
          <w:rFonts w:cs="Open Sans"/>
          <w:color w:val="000000" w:themeColor="text1"/>
        </w:rPr>
        <w:t xml:space="preserve">of the City of Blue Springs, Missouri, was held on </w:t>
      </w:r>
      <w:r w:rsidR="009849FC">
        <w:rPr>
          <w:rFonts w:cs="Open Sans"/>
          <w:color w:val="000000" w:themeColor="text1"/>
        </w:rPr>
        <w:t xml:space="preserve">Wednesday, </w:t>
      </w:r>
      <w:r w:rsidR="00180BA6">
        <w:rPr>
          <w:rFonts w:cs="Open Sans"/>
          <w:color w:val="000000" w:themeColor="text1"/>
        </w:rPr>
        <w:t>June 8</w:t>
      </w:r>
      <w:r w:rsidR="008252CA">
        <w:rPr>
          <w:rFonts w:cs="Open Sans"/>
          <w:color w:val="000000" w:themeColor="text1"/>
        </w:rPr>
        <w:t>, 2026,</w:t>
      </w:r>
      <w:r w:rsidR="009849FC">
        <w:rPr>
          <w:rFonts w:cs="Open Sans"/>
          <w:color w:val="000000" w:themeColor="text1"/>
        </w:rPr>
        <w:t xml:space="preserve"> at the Carson Ross Community Recreation Complex, located at 425 NE Mock Ave,</w:t>
      </w:r>
      <w:r w:rsidRPr="6BBA2B5C">
        <w:rPr>
          <w:rFonts w:cs="Open Sans"/>
          <w:color w:val="000000" w:themeColor="text1"/>
        </w:rPr>
        <w:t xml:space="preserve"> Blue Springs, Missouri with</w:t>
      </w:r>
      <w:r w:rsidR="00E3147F" w:rsidRPr="6BBA2B5C">
        <w:rPr>
          <w:rFonts w:cs="Open Sans"/>
          <w:color w:val="000000" w:themeColor="text1"/>
        </w:rPr>
        <w:t xml:space="preserve"> </w:t>
      </w:r>
      <w:r w:rsidR="72208783" w:rsidRPr="6BBA2B5C">
        <w:rPr>
          <w:rFonts w:cs="Open Sans"/>
          <w:color w:val="000000" w:themeColor="text1"/>
        </w:rPr>
        <w:t xml:space="preserve">the Chairman </w:t>
      </w:r>
      <w:r w:rsidR="009849FC">
        <w:rPr>
          <w:rFonts w:cs="Open Sans"/>
          <w:color w:val="000000" w:themeColor="text1"/>
        </w:rPr>
        <w:t>Ramon Magee</w:t>
      </w:r>
      <w:r w:rsidR="72208783" w:rsidRPr="6BBA2B5C">
        <w:rPr>
          <w:rFonts w:cs="Open Sans"/>
          <w:color w:val="000000" w:themeColor="text1"/>
        </w:rPr>
        <w:t xml:space="preserve"> </w:t>
      </w:r>
      <w:r w:rsidR="00E3147F" w:rsidRPr="6BBA2B5C">
        <w:rPr>
          <w:rFonts w:cs="Open Sans"/>
          <w:color w:val="000000" w:themeColor="text1"/>
        </w:rPr>
        <w:t>presiding</w:t>
      </w:r>
      <w:r w:rsidRPr="6BBA2B5C">
        <w:rPr>
          <w:rFonts w:cs="Open Sans"/>
          <w:color w:val="000000" w:themeColor="text1"/>
        </w:rPr>
        <w:t>.</w:t>
      </w:r>
    </w:p>
    <w:p w14:paraId="181A80A0" w14:textId="63A6DA1C" w:rsidR="00B6720C" w:rsidRDefault="00B6720C" w:rsidP="00C44663">
      <w:pPr>
        <w:pStyle w:val="Heading2"/>
      </w:pPr>
      <w:r>
        <w:t>BOARD ATTENDANCE</w:t>
      </w:r>
    </w:p>
    <w:p w14:paraId="11401C28" w14:textId="194DBDE2" w:rsidR="0727D019" w:rsidRDefault="009B4E4E" w:rsidP="00C44663">
      <w:pPr>
        <w:contextualSpacing/>
      </w:pPr>
      <w:r>
        <w:t>Ramon Magee</w:t>
      </w:r>
    </w:p>
    <w:p w14:paraId="28393D73" w14:textId="4088CECB" w:rsidR="0727D019" w:rsidRDefault="009B4E4E" w:rsidP="00C44663">
      <w:pPr>
        <w:contextualSpacing/>
      </w:pPr>
      <w:r>
        <w:t>Kathy Cornelius</w:t>
      </w:r>
    </w:p>
    <w:p w14:paraId="2EDB0589" w14:textId="1B7EA85D" w:rsidR="00C44663" w:rsidRDefault="009B4E4E" w:rsidP="00C44663">
      <w:pPr>
        <w:contextualSpacing/>
      </w:pPr>
      <w:r>
        <w:t>Elizabeth Owen</w:t>
      </w:r>
    </w:p>
    <w:p w14:paraId="5C47C2AB" w14:textId="575FD1C8" w:rsidR="00C44663" w:rsidRDefault="00995B57" w:rsidP="00C44663">
      <w:pPr>
        <w:contextualSpacing/>
      </w:pPr>
      <w:r>
        <w:t>S</w:t>
      </w:r>
      <w:r w:rsidR="00916322">
        <w:t>a</w:t>
      </w:r>
      <w:r>
        <w:t>rah Laub</w:t>
      </w:r>
    </w:p>
    <w:p w14:paraId="5F9A2846" w14:textId="177F2384" w:rsidR="00F14D61" w:rsidRDefault="00F14D61" w:rsidP="00C44663">
      <w:pPr>
        <w:contextualSpacing/>
      </w:pPr>
      <w:r>
        <w:t xml:space="preserve">Taylor Beller </w:t>
      </w:r>
    </w:p>
    <w:p w14:paraId="6B7DFC2B" w14:textId="527ED9F0" w:rsidR="001E2720" w:rsidRDefault="001E2720" w:rsidP="00C44663">
      <w:pPr>
        <w:contextualSpacing/>
      </w:pPr>
      <w:r>
        <w:t>Kathleen Sweet</w:t>
      </w:r>
    </w:p>
    <w:p w14:paraId="5C02C633" w14:textId="791F2645" w:rsidR="00C90466" w:rsidRDefault="00C90466" w:rsidP="00C44663">
      <w:pPr>
        <w:pStyle w:val="Heading2"/>
      </w:pPr>
      <w:r>
        <w:t xml:space="preserve">STAFF </w:t>
      </w:r>
      <w:r w:rsidR="00B6720C">
        <w:t>ATTENDANCE</w:t>
      </w:r>
    </w:p>
    <w:p w14:paraId="026B841A" w14:textId="5338E9B9" w:rsidR="11530B26" w:rsidRDefault="00F14D61" w:rsidP="6BBA2B5C">
      <w:r>
        <w:t>Also present w</w:t>
      </w:r>
      <w:r w:rsidR="00F17554">
        <w:t>as</w:t>
      </w:r>
      <w:r w:rsidR="0067603D">
        <w:t xml:space="preserve"> Assistant Director of Parks and Recreation, Recreation Services Mary Herrington. </w:t>
      </w:r>
    </w:p>
    <w:p w14:paraId="098ABE31" w14:textId="45D58A55" w:rsidR="008C1098" w:rsidRPr="00086E32" w:rsidRDefault="00DD1CE4" w:rsidP="00C44663">
      <w:pPr>
        <w:pStyle w:val="Heading2"/>
      </w:pPr>
      <w:r>
        <w:t xml:space="preserve">1. </w:t>
      </w:r>
      <w:r w:rsidR="00B6720C">
        <w:t xml:space="preserve">CALL MEETING TO ORDER </w:t>
      </w:r>
      <w:r w:rsidR="00751A6C">
        <w:t>AND</w:t>
      </w:r>
      <w:r w:rsidR="00B6720C">
        <w:t xml:space="preserve"> </w:t>
      </w:r>
      <w:r w:rsidR="004F1302">
        <w:t>C</w:t>
      </w:r>
      <w:r w:rsidR="00DB7EFD">
        <w:t>ONFIRMATION OF QU</w:t>
      </w:r>
      <w:r w:rsidR="00110EDE">
        <w:t>ORUM</w:t>
      </w:r>
    </w:p>
    <w:p w14:paraId="5FD6D47D" w14:textId="14C685CB" w:rsidR="7CCBD974" w:rsidRDefault="00B96F38" w:rsidP="6BBA2B5C">
      <w:r>
        <w:rPr>
          <w:rFonts w:cs="Segoe UI"/>
          <w:color w:val="1A1D41"/>
        </w:rPr>
        <w:t xml:space="preserve">Ramon Magee called the meeting to order at 4:00 p.m. </w:t>
      </w:r>
    </w:p>
    <w:p w14:paraId="35EDC257" w14:textId="0A38A4F3" w:rsidR="00751A6C" w:rsidRPr="00086E32" w:rsidRDefault="00DD1CE4" w:rsidP="00C44663">
      <w:pPr>
        <w:pStyle w:val="Heading2"/>
      </w:pPr>
      <w:r>
        <w:lastRenderedPageBreak/>
        <w:t xml:space="preserve">2. </w:t>
      </w:r>
      <w:r w:rsidR="00751A6C">
        <w:t>APPROVAL OF MINUTES</w:t>
      </w:r>
    </w:p>
    <w:p w14:paraId="7D456383" w14:textId="1EBB1D86" w:rsidR="00751A6C" w:rsidRDefault="00B96F38" w:rsidP="00751A6C">
      <w:pPr>
        <w:rPr>
          <w:rFonts w:cs="Segoe UI"/>
          <w:color w:val="1A1D41"/>
        </w:rPr>
      </w:pPr>
      <w:r>
        <w:rPr>
          <w:rFonts w:cs="Segoe UI"/>
          <w:color w:val="1A1D41"/>
        </w:rPr>
        <w:t xml:space="preserve">A motion was made </w:t>
      </w:r>
      <w:r w:rsidR="00C00721">
        <w:rPr>
          <w:rFonts w:cs="Segoe UI"/>
          <w:color w:val="1A1D41"/>
        </w:rPr>
        <w:t xml:space="preserve">by </w:t>
      </w:r>
      <w:r w:rsidR="00AB5D4A">
        <w:rPr>
          <w:rFonts w:cs="Segoe UI"/>
          <w:color w:val="1A1D41"/>
        </w:rPr>
        <w:t>Sarah</w:t>
      </w:r>
      <w:r>
        <w:rPr>
          <w:rFonts w:cs="Segoe UI"/>
          <w:color w:val="1A1D41"/>
        </w:rPr>
        <w:t xml:space="preserve"> </w:t>
      </w:r>
      <w:r w:rsidR="00C00721">
        <w:rPr>
          <w:rFonts w:cs="Segoe UI"/>
          <w:color w:val="1A1D41"/>
        </w:rPr>
        <w:t xml:space="preserve">and seconded by </w:t>
      </w:r>
      <w:r w:rsidR="00BE2B5F">
        <w:rPr>
          <w:rFonts w:cs="Segoe UI"/>
          <w:color w:val="1A1D41"/>
        </w:rPr>
        <w:t>Taylor</w:t>
      </w:r>
      <w:r w:rsidR="00C00721">
        <w:rPr>
          <w:rFonts w:cs="Segoe UI"/>
          <w:color w:val="1A1D41"/>
        </w:rPr>
        <w:t xml:space="preserve"> to accept the minutes of the February meeting as presented; it passed unanimously. </w:t>
      </w:r>
    </w:p>
    <w:p w14:paraId="5693C16F" w14:textId="45844259" w:rsidR="380F1501" w:rsidRDefault="00DD1CE4" w:rsidP="00C44663">
      <w:pPr>
        <w:pStyle w:val="Heading2"/>
      </w:pPr>
      <w:r>
        <w:t xml:space="preserve">3. </w:t>
      </w:r>
      <w:r w:rsidR="00C00721">
        <w:t>FINANCIAL REPORT</w:t>
      </w:r>
    </w:p>
    <w:p w14:paraId="2B24DBDB" w14:textId="0E0A0E52" w:rsidR="380F1501" w:rsidRDefault="00C00721" w:rsidP="6BBA2B5C">
      <w:r>
        <w:rPr>
          <w:rFonts w:cs="Segoe UI"/>
          <w:color w:val="1A1D41"/>
        </w:rPr>
        <w:t xml:space="preserve">The financial report was available for review. There were no questions. </w:t>
      </w:r>
    </w:p>
    <w:p w14:paraId="219971BD" w14:textId="43003786" w:rsidR="00751A6C" w:rsidRDefault="00DD1CE4" w:rsidP="00CA7540">
      <w:pPr>
        <w:pStyle w:val="Heading2"/>
      </w:pPr>
      <w:r>
        <w:t xml:space="preserve">4. </w:t>
      </w:r>
      <w:r w:rsidR="002C4824">
        <w:t>BLOOMBERG UPDATES</w:t>
      </w:r>
    </w:p>
    <w:p w14:paraId="09FF7F83" w14:textId="3938659C" w:rsidR="00CE467B" w:rsidRDefault="00A8775E" w:rsidP="00CA7540">
      <w:r>
        <w:t xml:space="preserve">The app has been </w:t>
      </w:r>
      <w:r w:rsidR="00A6564A">
        <w:t xml:space="preserve">updated with </w:t>
      </w:r>
      <w:r w:rsidR="003D388F">
        <w:t xml:space="preserve">other art from around town and the Glory Awaits exhibit. </w:t>
      </w:r>
      <w:r w:rsidR="000B162A">
        <w:t xml:space="preserve">Yard signs with the QR code have been placed throughout town. </w:t>
      </w:r>
      <w:r w:rsidR="00125509">
        <w:t xml:space="preserve">Bookmarks have been distributed in town and at Visit KC. </w:t>
      </w:r>
    </w:p>
    <w:p w14:paraId="09EF8E3A" w14:textId="0D035304" w:rsidR="00D74A47" w:rsidRDefault="00AB2DA0" w:rsidP="006E7167">
      <w:pPr>
        <w:rPr>
          <w:b/>
          <w:bCs/>
        </w:rPr>
      </w:pPr>
      <w:r>
        <w:rPr>
          <w:b/>
          <w:bCs/>
        </w:rPr>
        <w:t>5</w:t>
      </w:r>
      <w:r w:rsidR="00D74A47">
        <w:rPr>
          <w:b/>
          <w:bCs/>
        </w:rPr>
        <w:t xml:space="preserve">. </w:t>
      </w:r>
      <w:r>
        <w:rPr>
          <w:b/>
          <w:bCs/>
        </w:rPr>
        <w:t>RED, WHITE AND BLUE SPRINGS</w:t>
      </w:r>
    </w:p>
    <w:p w14:paraId="778A267B" w14:textId="6D4CE036" w:rsidR="00877AE5" w:rsidRDefault="005433FD" w:rsidP="006E7167">
      <w:r>
        <w:t xml:space="preserve">The commission discussed final planning efforts for Red, White and Blue Springs. All supplies have been </w:t>
      </w:r>
      <w:r w:rsidR="00A54F83">
        <w:t>ordered,</w:t>
      </w:r>
      <w:r>
        <w:t xml:space="preserve"> and the f</w:t>
      </w:r>
      <w:r w:rsidR="00A54F83">
        <w:t xml:space="preserve">ew final items should be delivered within the next week. Shirts will be tie dyed and ready to go for the event. Commission members will work two shifts: 2:30-6:30p, or 6:30-10:30p. Mary will have the booth set up and ready upon commission members arrival. </w:t>
      </w:r>
    </w:p>
    <w:p w14:paraId="51BA3637" w14:textId="29DBED5E" w:rsidR="002001C6" w:rsidRDefault="002001C6" w:rsidP="00214E80">
      <w:pPr>
        <w:rPr>
          <w:b/>
          <w:bCs/>
        </w:rPr>
      </w:pPr>
      <w:r>
        <w:rPr>
          <w:b/>
          <w:bCs/>
        </w:rPr>
        <w:t xml:space="preserve">6. </w:t>
      </w:r>
      <w:r w:rsidR="0080466A">
        <w:rPr>
          <w:b/>
          <w:bCs/>
        </w:rPr>
        <w:t>MEETING WITH MAYOR AND ADMINISTRATION RECAP</w:t>
      </w:r>
    </w:p>
    <w:p w14:paraId="6E050A62" w14:textId="3BFD2E23" w:rsidR="009F2642" w:rsidRDefault="0080466A" w:rsidP="00214E80">
      <w:r>
        <w:t xml:space="preserve">Ramon and Mary met with the Mayor and City Administrator to talk through the 5-year maintenance plan and to request additional funding to help cover these expenses. </w:t>
      </w:r>
      <w:r w:rsidR="008C343D">
        <w:t xml:space="preserve">Discussions were also help regarding the number of meetings the commission is allowed to hold each year. Ramon expressed that the art commission could benefit from additional meetings to help make decisions and plan for events like Red, White and Blue </w:t>
      </w:r>
      <w:r w:rsidR="008C343D">
        <w:lastRenderedPageBreak/>
        <w:t>Springs. The Mayor will review the bylaws for all City commissions</w:t>
      </w:r>
      <w:r w:rsidR="00F452D8">
        <w:t xml:space="preserve"> to see if the art commission would meet more often. </w:t>
      </w:r>
    </w:p>
    <w:p w14:paraId="76297915" w14:textId="4309B477" w:rsidR="00F452D8" w:rsidRDefault="00F452D8" w:rsidP="00F452D8">
      <w:pPr>
        <w:pStyle w:val="Heading2"/>
      </w:pPr>
      <w:r>
        <w:t>7. MAINTENANCE</w:t>
      </w:r>
    </w:p>
    <w:p w14:paraId="1DA2B4D7" w14:textId="017B6D81" w:rsidR="00F452D8" w:rsidRDefault="00763422" w:rsidP="00F452D8">
      <w:r>
        <w:t>Due to unforeseen circumstances, the installation of the skateboarder plaque has been pushed back. Ramon is hoping that this will take place in July.</w:t>
      </w:r>
    </w:p>
    <w:p w14:paraId="54C6E756" w14:textId="398A6540" w:rsidR="00763422" w:rsidRPr="00F452D8" w:rsidRDefault="00763422" w:rsidP="00F452D8">
      <w:r>
        <w:t xml:space="preserve">Due to construction and improvements on main street, Dandebloom has been relocated in front of City Hall. </w:t>
      </w:r>
    </w:p>
    <w:p w14:paraId="26467AC0" w14:textId="44CEEF2C" w:rsidR="00DE6E6F" w:rsidRDefault="00DE6E6F" w:rsidP="00214E80">
      <w:pPr>
        <w:rPr>
          <w:b/>
          <w:bCs/>
        </w:rPr>
      </w:pPr>
      <w:r>
        <w:rPr>
          <w:b/>
          <w:bCs/>
        </w:rPr>
        <w:t>ADJOURNMENT</w:t>
      </w:r>
    </w:p>
    <w:p w14:paraId="72CAA252" w14:textId="5D32274D" w:rsidR="00DE6E6F" w:rsidRPr="00DE6E6F" w:rsidRDefault="00DE6E6F" w:rsidP="00214E80">
      <w:r>
        <w:t>A</w:t>
      </w:r>
      <w:r w:rsidR="009A2E7A">
        <w:t xml:space="preserve">s there was no further business, a motion for adjournment was made by </w:t>
      </w:r>
      <w:r w:rsidR="00F33E1C">
        <w:t>Ta</w:t>
      </w:r>
      <w:r w:rsidR="00ED5148">
        <w:t>y</w:t>
      </w:r>
      <w:r w:rsidR="00F33E1C">
        <w:t>lor</w:t>
      </w:r>
      <w:r w:rsidR="009A2E7A">
        <w:t xml:space="preserve"> and seconded by </w:t>
      </w:r>
      <w:r w:rsidR="00F33E1C">
        <w:t>Sarah</w:t>
      </w:r>
      <w:r w:rsidR="009A2E7A">
        <w:t xml:space="preserve">. Meeting was adjourned at 5:00 p.m. </w:t>
      </w:r>
    </w:p>
    <w:p w14:paraId="14CBB1D0" w14:textId="46B5D70A" w:rsidR="00637BE9" w:rsidRDefault="009A2E7A" w:rsidP="00104AA7">
      <w:pPr>
        <w:spacing w:after="480"/>
        <w:jc w:val="right"/>
        <w:rPr>
          <w:rFonts w:cs="Segoe UI"/>
          <w:color w:val="1A1D41"/>
        </w:rPr>
      </w:pPr>
      <w:r>
        <w:rPr>
          <w:rFonts w:cs="Segoe UI"/>
          <w:color w:val="1A1D41"/>
        </w:rPr>
        <w:t>BOARD CHAIR</w:t>
      </w:r>
    </w:p>
    <w:p w14:paraId="1131C9D5" w14:textId="7C495BF6" w:rsidR="00637BE9" w:rsidRDefault="00637BE9" w:rsidP="00104AA7">
      <w:pPr>
        <w:spacing w:line="240" w:lineRule="auto"/>
        <w:contextualSpacing/>
        <w:jc w:val="right"/>
        <w:rPr>
          <w:rFonts w:cs="Segoe UI"/>
          <w:color w:val="1A1D41"/>
          <w:u w:val="single"/>
        </w:rPr>
      </w:pPr>
      <w:r>
        <w:rPr>
          <w:rFonts w:cs="Segoe UI"/>
          <w:color w:val="1A1D41"/>
          <w:u w:val="single"/>
        </w:rPr>
        <w:tab/>
      </w:r>
      <w:r>
        <w:rPr>
          <w:rFonts w:cs="Segoe UI"/>
          <w:color w:val="1A1D41"/>
          <w:u w:val="single"/>
        </w:rPr>
        <w:tab/>
      </w:r>
      <w:r>
        <w:rPr>
          <w:rFonts w:cs="Segoe UI"/>
          <w:color w:val="1A1D41"/>
          <w:u w:val="single"/>
        </w:rPr>
        <w:tab/>
      </w:r>
      <w:r>
        <w:rPr>
          <w:rFonts w:cs="Segoe UI"/>
          <w:color w:val="1A1D41"/>
          <w:u w:val="single"/>
        </w:rPr>
        <w:tab/>
      </w:r>
    </w:p>
    <w:p w14:paraId="0B71DE38" w14:textId="6E6F4FB7" w:rsidR="00104AA7" w:rsidRDefault="009A2E7A" w:rsidP="009A2E7A">
      <w:pPr>
        <w:jc w:val="right"/>
        <w:rPr>
          <w:rFonts w:cs="Segoe UI"/>
          <w:color w:val="1A1D41"/>
        </w:rPr>
      </w:pPr>
      <w:r>
        <w:rPr>
          <w:rFonts w:cs="Segoe UI"/>
          <w:color w:val="1A1D41"/>
        </w:rPr>
        <w:t>Ramon Magee</w:t>
      </w:r>
    </w:p>
    <w:sectPr w:rsidR="00104AA7" w:rsidSect="00DD1CE4">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090E8" w14:textId="77777777" w:rsidR="00623569" w:rsidRDefault="00623569" w:rsidP="000E31BD">
      <w:pPr>
        <w:spacing w:after="0" w:line="240" w:lineRule="auto"/>
      </w:pPr>
      <w:r>
        <w:separator/>
      </w:r>
    </w:p>
  </w:endnote>
  <w:endnote w:type="continuationSeparator" w:id="0">
    <w:p w14:paraId="58C41D81" w14:textId="77777777" w:rsidR="00623569" w:rsidRDefault="00623569" w:rsidP="000E3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6F8E" w14:textId="16B1E53D" w:rsidR="00995FFA" w:rsidRPr="00C44663" w:rsidRDefault="0080466A" w:rsidP="00995FFA">
    <w:pPr>
      <w:pStyle w:val="Header"/>
      <w:tabs>
        <w:tab w:val="clear" w:pos="4680"/>
        <w:tab w:val="center" w:pos="4320"/>
      </w:tabs>
      <w:ind w:left="-720" w:right="-720"/>
      <w:rPr>
        <w:rFonts w:cs="Segoe UI"/>
        <w:szCs w:val="24"/>
      </w:rPr>
    </w:pPr>
    <w:r>
      <w:rPr>
        <w:rFonts w:cs="Segoe UI"/>
        <w:szCs w:val="24"/>
      </w:rPr>
      <w:t>June 8</w:t>
    </w:r>
    <w:r w:rsidR="00995FFA" w:rsidRPr="00C44663">
      <w:rPr>
        <w:rFonts w:cs="Segoe UI"/>
        <w:szCs w:val="24"/>
      </w:rPr>
      <w:t>, 20</w:t>
    </w:r>
    <w:r w:rsidR="00E23C6F">
      <w:rPr>
        <w:rFonts w:cs="Segoe UI"/>
        <w:szCs w:val="24"/>
      </w:rPr>
      <w:t>26</w:t>
    </w:r>
    <w:r w:rsidR="00995FFA" w:rsidRPr="00C44663">
      <w:rPr>
        <w:rFonts w:cs="Segoe UI"/>
        <w:szCs w:val="24"/>
      </w:rPr>
      <w:tab/>
    </w:r>
    <w:r>
      <w:rPr>
        <w:rFonts w:cs="Segoe UI"/>
        <w:szCs w:val="24"/>
      </w:rPr>
      <w:t>JUNE</w:t>
    </w:r>
    <w:r w:rsidR="00995FFA" w:rsidRPr="00C44663">
      <w:rPr>
        <w:rFonts w:cs="Segoe UI"/>
        <w:szCs w:val="24"/>
      </w:rPr>
      <w:t xml:space="preserve"> MINUTES</w:t>
    </w:r>
    <w:r w:rsidR="00995FFA" w:rsidRPr="00C44663">
      <w:rPr>
        <w:rFonts w:cs="Segoe UI"/>
        <w:szCs w:val="24"/>
      </w:rPr>
      <w:tab/>
      <w:t xml:space="preserve">Page </w:t>
    </w:r>
    <w:r w:rsidR="00995FFA" w:rsidRPr="00C44663">
      <w:rPr>
        <w:rFonts w:cs="Segoe UI"/>
        <w:szCs w:val="24"/>
      </w:rPr>
      <w:fldChar w:fldCharType="begin"/>
    </w:r>
    <w:r w:rsidR="00995FFA" w:rsidRPr="00C44663">
      <w:rPr>
        <w:rFonts w:cs="Segoe UI"/>
        <w:szCs w:val="24"/>
      </w:rPr>
      <w:instrText xml:space="preserve"> PAGE   \* MERGEFORMAT </w:instrText>
    </w:r>
    <w:r w:rsidR="00995FFA" w:rsidRPr="00C44663">
      <w:rPr>
        <w:rFonts w:cs="Segoe UI"/>
        <w:szCs w:val="24"/>
      </w:rPr>
      <w:fldChar w:fldCharType="separate"/>
    </w:r>
    <w:r w:rsidR="00995FFA" w:rsidRPr="00C44663">
      <w:rPr>
        <w:rFonts w:cs="Segoe UI"/>
        <w:szCs w:val="24"/>
      </w:rPr>
      <w:t>1</w:t>
    </w:r>
    <w:r w:rsidR="00995FFA" w:rsidRPr="00C44663">
      <w:rPr>
        <w:rFonts w:cs="Segoe UI"/>
        <w:noProof/>
        <w:szCs w:val="24"/>
      </w:rPr>
      <w:fldChar w:fldCharType="end"/>
    </w:r>
  </w:p>
  <w:p w14:paraId="549AB8CD" w14:textId="77777777" w:rsidR="00995FFA" w:rsidRPr="00C44663" w:rsidRDefault="00995FFA">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78E78" w14:textId="4B81AD1F" w:rsidR="0003104A" w:rsidRPr="0003104A" w:rsidRDefault="0003104A" w:rsidP="00383B3E">
    <w:pPr>
      <w:pStyle w:val="Header"/>
      <w:tabs>
        <w:tab w:val="clear" w:pos="4680"/>
        <w:tab w:val="center" w:pos="4320"/>
      </w:tabs>
      <w:ind w:left="-720" w:right="-720"/>
      <w:rPr>
        <w:rFonts w:cs="Segoe U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9AB0" w14:textId="77777777" w:rsidR="00623569" w:rsidRDefault="00623569" w:rsidP="000E31BD">
      <w:pPr>
        <w:spacing w:after="0" w:line="240" w:lineRule="auto"/>
      </w:pPr>
      <w:r>
        <w:separator/>
      </w:r>
    </w:p>
  </w:footnote>
  <w:footnote w:type="continuationSeparator" w:id="0">
    <w:p w14:paraId="3E86ABA1" w14:textId="77777777" w:rsidR="00623569" w:rsidRDefault="00623569" w:rsidP="000E3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D8A4" w14:textId="58684F2F" w:rsidR="000E31BD" w:rsidRDefault="000E31BD">
    <w:pPr>
      <w:pStyle w:val="Header"/>
    </w:pPr>
  </w:p>
  <w:p w14:paraId="794DC728" w14:textId="37DE4217" w:rsidR="00D96627" w:rsidRDefault="00D96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64A2" w14:textId="29A3653A" w:rsidR="007D58BB" w:rsidRDefault="006B4647" w:rsidP="006B4647">
    <w:pPr>
      <w:pStyle w:val="Header"/>
      <w:jc w:val="center"/>
    </w:pPr>
    <w:r>
      <w:rPr>
        <w:noProof/>
      </w:rPr>
      <w:drawing>
        <wp:inline distT="0" distB="0" distL="0" distR="0" wp14:anchorId="7C6F2B92" wp14:editId="462FC397">
          <wp:extent cx="4583220" cy="1257994"/>
          <wp:effectExtent l="0" t="0" r="8255" b="0"/>
          <wp:docPr id="1784589034" name="Picture 1" descr="Logo for Parks &amp; Recreation Department for the City of Blue Springs, Misso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89034" name="Picture 1" descr="Logo for Parks &amp; Recreation Department for the City of Blue Springs, Missour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20597" cy="1268253"/>
                  </a:xfrm>
                  <a:prstGeom prst="rect">
                    <a:avLst/>
                  </a:prstGeom>
                  <a:noFill/>
                  <a:ln>
                    <a:noFill/>
                  </a:ln>
                </pic:spPr>
              </pic:pic>
            </a:graphicData>
          </a:graphic>
        </wp:inline>
      </w:drawing>
    </w:r>
  </w:p>
  <w:p w14:paraId="32739724" w14:textId="748C1319" w:rsidR="000E31BD" w:rsidRDefault="000E31BD" w:rsidP="008236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26576E"/>
    <w:multiLevelType w:val="hybridMultilevel"/>
    <w:tmpl w:val="2AB6F232"/>
    <w:lvl w:ilvl="0" w:tplc="3EA258F6">
      <w:start w:val="1"/>
      <w:numFmt w:val="decimal"/>
      <w:lvlText w:val="%1."/>
      <w:lvlJc w:val="left"/>
      <w:pPr>
        <w:ind w:left="360" w:hanging="360"/>
      </w:pPr>
      <w:rPr>
        <w:rFonts w:hint="default"/>
        <w:color w:val="1A1D4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74E3437"/>
    <w:multiLevelType w:val="hybridMultilevel"/>
    <w:tmpl w:val="D828FDA8"/>
    <w:lvl w:ilvl="0" w:tplc="9FECA7D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3309770">
    <w:abstractNumId w:val="8"/>
  </w:num>
  <w:num w:numId="2" w16cid:durableId="172961706">
    <w:abstractNumId w:val="6"/>
  </w:num>
  <w:num w:numId="3" w16cid:durableId="136606888">
    <w:abstractNumId w:val="5"/>
  </w:num>
  <w:num w:numId="4" w16cid:durableId="1022707252">
    <w:abstractNumId w:val="4"/>
  </w:num>
  <w:num w:numId="5" w16cid:durableId="16078868">
    <w:abstractNumId w:val="7"/>
  </w:num>
  <w:num w:numId="6" w16cid:durableId="855314263">
    <w:abstractNumId w:val="3"/>
  </w:num>
  <w:num w:numId="7" w16cid:durableId="976254915">
    <w:abstractNumId w:val="2"/>
  </w:num>
  <w:num w:numId="8" w16cid:durableId="1523476941">
    <w:abstractNumId w:val="1"/>
  </w:num>
  <w:num w:numId="9" w16cid:durableId="861555342">
    <w:abstractNumId w:val="0"/>
  </w:num>
  <w:num w:numId="10" w16cid:durableId="1633904397">
    <w:abstractNumId w:val="9"/>
  </w:num>
  <w:num w:numId="11" w16cid:durableId="9800338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04A"/>
    <w:rsid w:val="0003314D"/>
    <w:rsid w:val="00034616"/>
    <w:rsid w:val="00052337"/>
    <w:rsid w:val="0006063C"/>
    <w:rsid w:val="00081BB4"/>
    <w:rsid w:val="00086E32"/>
    <w:rsid w:val="000B162A"/>
    <w:rsid w:val="000C2EF2"/>
    <w:rsid w:val="000D5244"/>
    <w:rsid w:val="000E31BD"/>
    <w:rsid w:val="000E328B"/>
    <w:rsid w:val="00104AA7"/>
    <w:rsid w:val="00110EDE"/>
    <w:rsid w:val="00111241"/>
    <w:rsid w:val="00125509"/>
    <w:rsid w:val="0013034D"/>
    <w:rsid w:val="0013426A"/>
    <w:rsid w:val="00147F48"/>
    <w:rsid w:val="0015074B"/>
    <w:rsid w:val="00156D3B"/>
    <w:rsid w:val="00180BA6"/>
    <w:rsid w:val="001C7B65"/>
    <w:rsid w:val="001D19EF"/>
    <w:rsid w:val="001E2720"/>
    <w:rsid w:val="001F7BE9"/>
    <w:rsid w:val="002001C6"/>
    <w:rsid w:val="00202FAE"/>
    <w:rsid w:val="00214E80"/>
    <w:rsid w:val="00230D3D"/>
    <w:rsid w:val="00250376"/>
    <w:rsid w:val="002955D7"/>
    <w:rsid w:val="0029639D"/>
    <w:rsid w:val="00297BB8"/>
    <w:rsid w:val="002C4824"/>
    <w:rsid w:val="002D58AB"/>
    <w:rsid w:val="00303308"/>
    <w:rsid w:val="00306010"/>
    <w:rsid w:val="00326F90"/>
    <w:rsid w:val="003322EA"/>
    <w:rsid w:val="0033536B"/>
    <w:rsid w:val="00362125"/>
    <w:rsid w:val="00372884"/>
    <w:rsid w:val="00375816"/>
    <w:rsid w:val="00383B3E"/>
    <w:rsid w:val="00393A5B"/>
    <w:rsid w:val="003AEBE1"/>
    <w:rsid w:val="003B4A7A"/>
    <w:rsid w:val="003D1E9A"/>
    <w:rsid w:val="003D388F"/>
    <w:rsid w:val="003F1952"/>
    <w:rsid w:val="0043134D"/>
    <w:rsid w:val="004514C4"/>
    <w:rsid w:val="00466758"/>
    <w:rsid w:val="0049407A"/>
    <w:rsid w:val="004C61C7"/>
    <w:rsid w:val="004F1302"/>
    <w:rsid w:val="00512778"/>
    <w:rsid w:val="005218B3"/>
    <w:rsid w:val="005433FD"/>
    <w:rsid w:val="00554064"/>
    <w:rsid w:val="00596C35"/>
    <w:rsid w:val="005B254F"/>
    <w:rsid w:val="005F010B"/>
    <w:rsid w:val="00604091"/>
    <w:rsid w:val="00623569"/>
    <w:rsid w:val="00625CC7"/>
    <w:rsid w:val="00630265"/>
    <w:rsid w:val="00637BE9"/>
    <w:rsid w:val="00642072"/>
    <w:rsid w:val="006428A8"/>
    <w:rsid w:val="0067603D"/>
    <w:rsid w:val="006B2D75"/>
    <w:rsid w:val="006B4647"/>
    <w:rsid w:val="006E7167"/>
    <w:rsid w:val="0071364F"/>
    <w:rsid w:val="00747F15"/>
    <w:rsid w:val="00751A6C"/>
    <w:rsid w:val="00763422"/>
    <w:rsid w:val="007659D9"/>
    <w:rsid w:val="00766F22"/>
    <w:rsid w:val="00790DB0"/>
    <w:rsid w:val="00793A2E"/>
    <w:rsid w:val="007D58BB"/>
    <w:rsid w:val="007F3D7B"/>
    <w:rsid w:val="0080192F"/>
    <w:rsid w:val="0080466A"/>
    <w:rsid w:val="008236BB"/>
    <w:rsid w:val="008252CA"/>
    <w:rsid w:val="00836AEE"/>
    <w:rsid w:val="0084586F"/>
    <w:rsid w:val="00864769"/>
    <w:rsid w:val="008722A0"/>
    <w:rsid w:val="00873059"/>
    <w:rsid w:val="00877AE5"/>
    <w:rsid w:val="008861FD"/>
    <w:rsid w:val="00890E61"/>
    <w:rsid w:val="008C1098"/>
    <w:rsid w:val="008C343D"/>
    <w:rsid w:val="00916322"/>
    <w:rsid w:val="009849FC"/>
    <w:rsid w:val="00995B57"/>
    <w:rsid w:val="00995FFA"/>
    <w:rsid w:val="009A120E"/>
    <w:rsid w:val="009A2E7A"/>
    <w:rsid w:val="009B4E4E"/>
    <w:rsid w:val="009C782C"/>
    <w:rsid w:val="009F2642"/>
    <w:rsid w:val="00A02ADD"/>
    <w:rsid w:val="00A41B3F"/>
    <w:rsid w:val="00A54F83"/>
    <w:rsid w:val="00A6564A"/>
    <w:rsid w:val="00A8775E"/>
    <w:rsid w:val="00A932FF"/>
    <w:rsid w:val="00AA1D8D"/>
    <w:rsid w:val="00AB2DA0"/>
    <w:rsid w:val="00AB5D4A"/>
    <w:rsid w:val="00AE7163"/>
    <w:rsid w:val="00B2231F"/>
    <w:rsid w:val="00B37D96"/>
    <w:rsid w:val="00B47730"/>
    <w:rsid w:val="00B6720C"/>
    <w:rsid w:val="00B7287D"/>
    <w:rsid w:val="00B96F38"/>
    <w:rsid w:val="00BB74D0"/>
    <w:rsid w:val="00BC53DE"/>
    <w:rsid w:val="00BE2B5F"/>
    <w:rsid w:val="00C00721"/>
    <w:rsid w:val="00C1089F"/>
    <w:rsid w:val="00C426B1"/>
    <w:rsid w:val="00C44663"/>
    <w:rsid w:val="00C5576C"/>
    <w:rsid w:val="00C90466"/>
    <w:rsid w:val="00CA7540"/>
    <w:rsid w:val="00CB0664"/>
    <w:rsid w:val="00CD62E8"/>
    <w:rsid w:val="00CE467B"/>
    <w:rsid w:val="00CF1ED0"/>
    <w:rsid w:val="00D06338"/>
    <w:rsid w:val="00D06FB6"/>
    <w:rsid w:val="00D347DA"/>
    <w:rsid w:val="00D50962"/>
    <w:rsid w:val="00D50B54"/>
    <w:rsid w:val="00D74A47"/>
    <w:rsid w:val="00D96627"/>
    <w:rsid w:val="00DA37A5"/>
    <w:rsid w:val="00DB7EFD"/>
    <w:rsid w:val="00DD1CE4"/>
    <w:rsid w:val="00DD2B54"/>
    <w:rsid w:val="00DE6E6F"/>
    <w:rsid w:val="00E1408E"/>
    <w:rsid w:val="00E1462F"/>
    <w:rsid w:val="00E23C6F"/>
    <w:rsid w:val="00E3147F"/>
    <w:rsid w:val="00E40DE9"/>
    <w:rsid w:val="00E45832"/>
    <w:rsid w:val="00E709A7"/>
    <w:rsid w:val="00E7133D"/>
    <w:rsid w:val="00E7383C"/>
    <w:rsid w:val="00E75A6D"/>
    <w:rsid w:val="00ED5148"/>
    <w:rsid w:val="00F14D61"/>
    <w:rsid w:val="00F17554"/>
    <w:rsid w:val="00F33E1C"/>
    <w:rsid w:val="00F452D8"/>
    <w:rsid w:val="00F47D93"/>
    <w:rsid w:val="00F77EDE"/>
    <w:rsid w:val="00FA67FC"/>
    <w:rsid w:val="00FB6C70"/>
    <w:rsid w:val="00FC6398"/>
    <w:rsid w:val="00FC693F"/>
    <w:rsid w:val="01416C66"/>
    <w:rsid w:val="05138B90"/>
    <w:rsid w:val="055ABAF3"/>
    <w:rsid w:val="0727D019"/>
    <w:rsid w:val="073EC7F4"/>
    <w:rsid w:val="07E1E246"/>
    <w:rsid w:val="0B9D8A5E"/>
    <w:rsid w:val="11530B26"/>
    <w:rsid w:val="141878B8"/>
    <w:rsid w:val="17B42779"/>
    <w:rsid w:val="180E491D"/>
    <w:rsid w:val="187BA479"/>
    <w:rsid w:val="1D16B2CB"/>
    <w:rsid w:val="1E36E120"/>
    <w:rsid w:val="23C30D67"/>
    <w:rsid w:val="25DDC0A3"/>
    <w:rsid w:val="28253889"/>
    <w:rsid w:val="286D7CDA"/>
    <w:rsid w:val="2C7B5C78"/>
    <w:rsid w:val="2CB546C1"/>
    <w:rsid w:val="2DF3AE09"/>
    <w:rsid w:val="30E203A6"/>
    <w:rsid w:val="32FCD1BE"/>
    <w:rsid w:val="380F1501"/>
    <w:rsid w:val="3BD7B5DF"/>
    <w:rsid w:val="3C033F6A"/>
    <w:rsid w:val="3C41BD65"/>
    <w:rsid w:val="3E8F9AB7"/>
    <w:rsid w:val="40097FEA"/>
    <w:rsid w:val="407546F2"/>
    <w:rsid w:val="415F4A53"/>
    <w:rsid w:val="420EF97D"/>
    <w:rsid w:val="438442E5"/>
    <w:rsid w:val="46335D87"/>
    <w:rsid w:val="48EC975B"/>
    <w:rsid w:val="49FB2458"/>
    <w:rsid w:val="4DE8625D"/>
    <w:rsid w:val="5094C015"/>
    <w:rsid w:val="5122EA27"/>
    <w:rsid w:val="52BF3A19"/>
    <w:rsid w:val="5586DB99"/>
    <w:rsid w:val="57CB7053"/>
    <w:rsid w:val="5A4D4D62"/>
    <w:rsid w:val="5EDBAA49"/>
    <w:rsid w:val="62B66851"/>
    <w:rsid w:val="62F7796C"/>
    <w:rsid w:val="63173CD9"/>
    <w:rsid w:val="64F9D5AA"/>
    <w:rsid w:val="666B0220"/>
    <w:rsid w:val="686616C3"/>
    <w:rsid w:val="69FD3EC7"/>
    <w:rsid w:val="6B67CBBD"/>
    <w:rsid w:val="6BBA2B5C"/>
    <w:rsid w:val="6BEA2FAF"/>
    <w:rsid w:val="7199BB31"/>
    <w:rsid w:val="72208783"/>
    <w:rsid w:val="768A3BC0"/>
    <w:rsid w:val="770F865F"/>
    <w:rsid w:val="7717465F"/>
    <w:rsid w:val="78180155"/>
    <w:rsid w:val="7CCBD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BC829F89-5701-44F7-8B73-927610F1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663"/>
    <w:pPr>
      <w:spacing w:after="240" w:line="360" w:lineRule="auto"/>
    </w:pPr>
    <w:rPr>
      <w:rFonts w:ascii="Segoe UI" w:hAnsi="Segoe UI"/>
      <w:sz w:val="24"/>
    </w:rPr>
  </w:style>
  <w:style w:type="paragraph" w:styleId="Heading1">
    <w:name w:val="heading 1"/>
    <w:basedOn w:val="Normal"/>
    <w:next w:val="Normal"/>
    <w:link w:val="Heading1Char"/>
    <w:autoRedefine/>
    <w:uiPriority w:val="9"/>
    <w:qFormat/>
    <w:rsid w:val="00DD1CE4"/>
    <w:pPr>
      <w:keepNext/>
      <w:keepLines/>
      <w:pBdr>
        <w:bottom w:val="single" w:sz="18" w:space="1" w:color="auto"/>
      </w:pBdr>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autoRedefine/>
    <w:uiPriority w:val="9"/>
    <w:unhideWhenUsed/>
    <w:qFormat/>
    <w:rsid w:val="00C44663"/>
    <w:pPr>
      <w:keepNext/>
      <w:keepLines/>
      <w:spacing w:before="360"/>
      <w:ind w:left="360" w:hanging="36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2D58AB"/>
    <w:pPr>
      <w:keepNext/>
      <w:keepLines/>
      <w:spacing w:before="200" w:after="0"/>
      <w:outlineLvl w:val="2"/>
    </w:pPr>
    <w:rPr>
      <w:rFonts w:ascii="Segoe UI Semibold" w:eastAsiaTheme="majorEastAsia" w:hAnsi="Segoe UI Semibold" w:cstheme="majorBidi"/>
      <w:bCs/>
      <w:color w:val="1A1D4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D1CE4"/>
    <w:rPr>
      <w:rFonts w:ascii="Segoe UI" w:eastAsiaTheme="majorEastAsia" w:hAnsi="Segoe UI" w:cstheme="majorBidi"/>
      <w:b/>
      <w:bCs/>
      <w:color w:val="000000" w:themeColor="text1"/>
      <w:sz w:val="24"/>
      <w:szCs w:val="28"/>
    </w:rPr>
  </w:style>
  <w:style w:type="character" w:customStyle="1" w:styleId="Heading2Char">
    <w:name w:val="Heading 2 Char"/>
    <w:basedOn w:val="DefaultParagraphFont"/>
    <w:link w:val="Heading2"/>
    <w:uiPriority w:val="9"/>
    <w:rsid w:val="00C44663"/>
    <w:rPr>
      <w:rFonts w:ascii="Segoe UI" w:eastAsiaTheme="majorEastAsia" w:hAnsi="Segoe UI" w:cstheme="majorBidi"/>
      <w:b/>
      <w:bCs/>
      <w:color w:val="000000" w:themeColor="text1"/>
      <w:sz w:val="24"/>
      <w:szCs w:val="26"/>
    </w:rPr>
  </w:style>
  <w:style w:type="character" w:customStyle="1" w:styleId="Heading3Char">
    <w:name w:val="Heading 3 Char"/>
    <w:basedOn w:val="DefaultParagraphFont"/>
    <w:link w:val="Heading3"/>
    <w:uiPriority w:val="9"/>
    <w:rsid w:val="002D58AB"/>
    <w:rPr>
      <w:rFonts w:ascii="Segoe UI Semibold" w:eastAsiaTheme="majorEastAsia" w:hAnsi="Segoe UI Semibold" w:cstheme="majorBidi"/>
      <w:bCs/>
      <w:color w:val="1A1D4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428</Words>
  <Characters>2148</Characters>
  <Application>Microsoft Office Word</Application>
  <DocSecurity>0</DocSecurity>
  <Lines>58</Lines>
  <Paragraphs>44</Paragraphs>
  <ScaleCrop>false</ScaleCrop>
  <Manager/>
  <Company/>
  <LinksUpToDate>false</LinksUpToDate>
  <CharactersWithSpaces>2532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Herrington</cp:lastModifiedBy>
  <cp:revision>13</cp:revision>
  <dcterms:created xsi:type="dcterms:W3CDTF">2026-06-25T15:27:00Z</dcterms:created>
  <dcterms:modified xsi:type="dcterms:W3CDTF">2026-06-25T15:54:00Z</dcterms:modified>
  <cp:category/>
</cp:coreProperties>
</file>